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8"/>
        </w:rPr>
        <w:t>BALLISTARIUS  /  HIGHLY OPTIMIZED WASTE</w:t>
      </w:r>
    </w:p>
    <w:p>
      <w:pPr>
        <w:pStyle w:val="Title"/>
      </w:pPr>
      <w:r>
        <w:rPr>
          <w:rFonts w:ascii="Carlito" w:hAnsi="Carlito"/>
          <w:color w:val="000000"/>
          <w:sz w:val="48"/>
        </w:rPr>
        <w:t>Signal Map and Causal Chain Worksheet</w:t>
      </w:r>
    </w:p>
    <w:p>
      <w:r>
        <w:t>Separate observations from interpretations. A real problem does not establish that a proposed solution will work.</w:t>
      </w:r>
    </w:p>
    <w:p>
      <w:pPr>
        <w:keepNext/>
      </w:pPr>
      <w:r>
        <w:rPr>
          <w:b/>
        </w:rPr>
        <w:t>Signal and source</w:t>
      </w:r>
    </w:p>
    <w:p>
      <w:pPr>
        <w:keepLines/>
      </w:pPr>
      <w:r>
        <w:t>What changed? Record date, population, source and observed behavior.</w:t>
        <w:br/>
        <w:t>________________________________________________________________________</w:t>
      </w:r>
    </w:p>
    <w:p>
      <w:pPr>
        <w:keepNext/>
      </w:pPr>
      <w:r>
        <w:rPr>
          <w:b/>
        </w:rPr>
        <w:t>Pattern and alternatives</w:t>
      </w:r>
    </w:p>
    <w:p>
      <w:pPr>
        <w:keepLines/>
      </w:pPr>
      <w:r>
        <w:t>Is the signal repeated? What competing explanations fit the evidence?</w:t>
        <w:br/>
        <w:t>________________________________________________________________________</w:t>
      </w:r>
    </w:p>
    <w:p>
      <w:pPr>
        <w:keepNext/>
      </w:pPr>
      <w:r>
        <w:rPr>
          <w:b/>
        </w:rPr>
        <w:t>Intervention</w:t>
      </w:r>
    </w:p>
    <w:p>
      <w:pPr>
        <w:keepLines/>
      </w:pPr>
      <w:r>
        <w:t>What bounded change are we proposing?</w:t>
        <w:br/>
        <w:t>________________________________________________________________________</w:t>
      </w:r>
    </w:p>
    <w:p>
      <w:pPr>
        <w:keepNext/>
      </w:pPr>
      <w:r>
        <w:rPr>
          <w:b/>
        </w:rPr>
        <w:t>Behavior change</w:t>
      </w:r>
    </w:p>
    <w:p>
      <w:pPr>
        <w:keepLines/>
      </w:pPr>
      <w:r>
        <w:t>Who must behave differently, and why would the intervention cause that?</w:t>
        <w:br/>
        <w:t>________________________________________________________________________</w:t>
      </w:r>
    </w:p>
    <w:p>
      <w:pPr>
        <w:keepNext/>
      </w:pPr>
      <w:r>
        <w:rPr>
          <w:b/>
        </w:rPr>
        <w:t>Customer outcome</w:t>
      </w:r>
    </w:p>
    <w:p>
      <w:pPr>
        <w:keepLines/>
      </w:pPr>
      <w:r>
        <w:t>What changes for the customer? Define a measure and baseline.</w:t>
        <w:br/>
        <w:t>________________________________________________________________________</w:t>
      </w:r>
    </w:p>
    <w:p>
      <w:pPr>
        <w:keepNext/>
      </w:pPr>
      <w:r>
        <w:rPr>
          <w:b/>
        </w:rPr>
        <w:t>Business effect</w:t>
      </w:r>
    </w:p>
    <w:p>
      <w:pPr>
        <w:keepLines/>
      </w:pPr>
      <w:r>
        <w:t>How would the customer outcome create business value?</w:t>
        <w:br/>
        <w:t>________________________________________________________________________</w:t>
      </w:r>
    </w:p>
    <w:p>
      <w:pPr>
        <w:keepNext/>
      </w:pPr>
      <w:r>
        <w:rPr>
          <w:b/>
        </w:rPr>
        <w:t>Weakest causal link</w:t>
      </w:r>
    </w:p>
    <w:p>
      <w:pPr>
        <w:keepLines/>
      </w:pPr>
      <w:r>
        <w:t>Which connection has the least evidence? Confidence and missing evidence: ___</w:t>
        <w:br/>
        <w:t>________________________________________________________________________</w:t>
      </w:r>
    </w:p>
    <w:p>
      <w:pPr>
        <w:keepNext/>
      </w:pPr>
      <w:r>
        <w:rPr>
          <w:b/>
        </w:rPr>
        <w:t>Test and decision</w:t>
      </w:r>
    </w:p>
    <w:p>
      <w:pPr>
        <w:keepLines/>
      </w:pPr>
      <w:r>
        <w:t>Smallest useful test: ___  Owner: ___  Date: ___  Result that changes the bet: ___</w:t>
        <w:br/>
        <w:t>________________________________________________________________________</w:t>
      </w:r>
    </w:p>
    <w:p>
      <w:r>
        <w:rPr>
          <w:sz w:val="18"/>
        </w:rPr>
        <w:t>Companion resources: https://ballistarius.com/how/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rlito" w:hAnsi="Carlito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